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E03C" w14:textId="77777777" w:rsidR="00204FD2" w:rsidRDefault="00204FD2" w:rsidP="00204FD2">
      <w:pPr>
        <w:pStyle w:val="Title"/>
        <w:spacing w:line="240" w:lineRule="auto"/>
        <w:jc w:val="center"/>
        <w:rPr>
          <w:rFonts w:ascii="TH Sarabun New" w:hAnsi="TH Sarabun New" w:cs="TH Sarabun New"/>
          <w:b/>
        </w:rPr>
      </w:pPr>
    </w:p>
    <w:p w14:paraId="533D6BA4" w14:textId="09F4E932" w:rsidR="00261AF4" w:rsidRPr="001B7A7D" w:rsidRDefault="00000000" w:rsidP="00204FD2">
      <w:pPr>
        <w:pStyle w:val="Title"/>
        <w:spacing w:line="240" w:lineRule="auto"/>
        <w:jc w:val="center"/>
        <w:rPr>
          <w:rFonts w:ascii="TH Sarabun New" w:hAnsi="TH Sarabun New" w:cs="TH Sarabun New"/>
        </w:rPr>
      </w:pPr>
      <w:proofErr w:type="spellStart"/>
      <w:r w:rsidRPr="001B7A7D">
        <w:rPr>
          <w:rFonts w:ascii="TH Sarabun New" w:hAnsi="TH Sarabun New" w:cs="TH Sarabun New"/>
          <w:b/>
        </w:rPr>
        <w:t>แบบฟอร์มการขอลงนามหนังสือรับรอง</w:t>
      </w:r>
      <w:proofErr w:type="spellEnd"/>
    </w:p>
    <w:p w14:paraId="76575A93" w14:textId="77777777" w:rsidR="00261AF4" w:rsidRDefault="00000000" w:rsidP="00204FD2">
      <w:pPr>
        <w:spacing w:line="240" w:lineRule="auto"/>
        <w:jc w:val="center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  <w:b/>
        </w:rPr>
        <w:t xml:space="preserve">งานกิจการนิสิตและศิษย์เก่าสัมพันธ์ </w:t>
      </w:r>
      <w:proofErr w:type="spellStart"/>
      <w:r w:rsidRPr="001B7A7D">
        <w:rPr>
          <w:rFonts w:ascii="TH Sarabun New" w:hAnsi="TH Sarabun New" w:cs="TH Sarabun New"/>
          <w:b/>
        </w:rPr>
        <w:t>คณะสังคมศาสตร์</w:t>
      </w:r>
      <w:proofErr w:type="spellEnd"/>
      <w:r w:rsidRPr="001B7A7D">
        <w:rPr>
          <w:rFonts w:ascii="TH Sarabun New" w:hAnsi="TH Sarabun New" w:cs="TH Sarabun New"/>
          <w:b/>
        </w:rPr>
        <w:t xml:space="preserve"> </w:t>
      </w:r>
      <w:proofErr w:type="spellStart"/>
      <w:r w:rsidRPr="001B7A7D">
        <w:rPr>
          <w:rFonts w:ascii="TH Sarabun New" w:hAnsi="TH Sarabun New" w:cs="TH Sarabun New"/>
          <w:b/>
        </w:rPr>
        <w:t>มหาวิทยาลัยนเรศวร</w:t>
      </w:r>
      <w:proofErr w:type="spellEnd"/>
    </w:p>
    <w:p w14:paraId="6B419B2C" w14:textId="77777777" w:rsidR="00E961F3" w:rsidRDefault="00E961F3" w:rsidP="00204FD2">
      <w:pPr>
        <w:spacing w:line="240" w:lineRule="auto"/>
        <w:jc w:val="center"/>
        <w:rPr>
          <w:rFonts w:ascii="TH Sarabun New" w:hAnsi="TH Sarabun New" w:cs="TH Sarabun New"/>
        </w:rPr>
      </w:pPr>
    </w:p>
    <w:p w14:paraId="6B1B6F6B" w14:textId="77777777" w:rsidR="00E961F3" w:rsidRDefault="00E961F3" w:rsidP="00204FD2">
      <w:pPr>
        <w:spacing w:line="240" w:lineRule="auto"/>
        <w:jc w:val="right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</w:rPr>
        <w:t>วันที่.............................................................</w:t>
      </w:r>
    </w:p>
    <w:p w14:paraId="5CD5F580" w14:textId="77777777" w:rsidR="00D55484" w:rsidRPr="001B7A7D" w:rsidRDefault="00D55484" w:rsidP="00204FD2">
      <w:pPr>
        <w:spacing w:line="240" w:lineRule="auto"/>
        <w:jc w:val="right"/>
        <w:rPr>
          <w:rFonts w:ascii="TH Sarabun New" w:hAnsi="TH Sarabun New" w:cs="TH Sarabun New"/>
        </w:rPr>
      </w:pPr>
    </w:p>
    <w:p w14:paraId="30DB1031" w14:textId="027CDF83" w:rsidR="001B7A7D" w:rsidRPr="001B7A7D" w:rsidRDefault="001B7A7D" w:rsidP="00204FD2">
      <w:pPr>
        <w:spacing w:line="240" w:lineRule="auto"/>
        <w:rPr>
          <w:rFonts w:ascii="TH Sarabun New" w:hAnsi="TH Sarabun New" w:cs="TH Sarabun New" w:hint="cs"/>
          <w:szCs w:val="32"/>
          <w:cs/>
          <w:lang w:bidi="th-TH"/>
        </w:rPr>
      </w:pPr>
      <w:r w:rsidRPr="001B7A7D">
        <w:rPr>
          <w:rFonts w:ascii="TH Sarabun New" w:hAnsi="TH Sarabun New" w:cs="TH Sarabun New" w:hint="cs"/>
          <w:szCs w:val="32"/>
          <w:cs/>
          <w:lang w:bidi="th-TH"/>
        </w:rPr>
        <w:t>เรียน คณบดีคณะสังคมศาสตร์</w:t>
      </w:r>
    </w:p>
    <w:p w14:paraId="32872A7A" w14:textId="77777777" w:rsidR="00D55484" w:rsidRDefault="00D55484" w:rsidP="00204FD2">
      <w:pPr>
        <w:spacing w:line="240" w:lineRule="auto"/>
        <w:rPr>
          <w:rFonts w:ascii="TH Sarabun New" w:hAnsi="TH Sarabun New" w:cs="TH Sarabun New"/>
        </w:rPr>
      </w:pPr>
    </w:p>
    <w:p w14:paraId="389BB94C" w14:textId="1738225E" w:rsidR="00261AF4" w:rsidRPr="001B7A7D" w:rsidRDefault="00000000" w:rsidP="00D55484">
      <w:pPr>
        <w:spacing w:line="240" w:lineRule="auto"/>
        <w:ind w:firstLine="720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</w:rPr>
        <w:t>ข้าพเจ้า................................................................................รหัสนิสิต......................</w:t>
      </w:r>
      <w:r w:rsidR="001B7A7D">
        <w:rPr>
          <w:rFonts w:ascii="TH Sarabun New" w:hAnsi="TH Sarabun New" w:cs="TH Sarabun New"/>
        </w:rPr>
        <w:t>................................</w:t>
      </w:r>
    </w:p>
    <w:p w14:paraId="492067E2" w14:textId="383AB724" w:rsidR="00261AF4" w:rsidRPr="001B7A7D" w:rsidRDefault="00000000" w:rsidP="00204FD2">
      <w:pPr>
        <w:spacing w:line="240" w:lineRule="auto"/>
        <w:rPr>
          <w:rFonts w:ascii="TH Sarabun New" w:hAnsi="TH Sarabun New" w:cs="TH Sarabun New" w:hint="cs"/>
          <w:cs/>
          <w:lang w:bidi="th-TH"/>
        </w:rPr>
      </w:pPr>
      <w:proofErr w:type="spellStart"/>
      <w:r w:rsidRPr="001B7A7D">
        <w:rPr>
          <w:rFonts w:ascii="TH Sarabun New" w:hAnsi="TH Sarabun New" w:cs="TH Sarabun New"/>
        </w:rPr>
        <w:t>ชั้นปีที่</w:t>
      </w:r>
      <w:proofErr w:type="spellEnd"/>
      <w:r w:rsidRPr="001B7A7D">
        <w:rPr>
          <w:rFonts w:ascii="TH Sarabun New" w:hAnsi="TH Sarabun New" w:cs="TH Sarabun New"/>
        </w:rPr>
        <w:t>...............</w:t>
      </w:r>
      <w:proofErr w:type="spellStart"/>
      <w:r w:rsidRPr="001B7A7D">
        <w:rPr>
          <w:rFonts w:ascii="TH Sarabun New" w:hAnsi="TH Sarabun New" w:cs="TH Sarabun New"/>
        </w:rPr>
        <w:t>ภาควิชา</w:t>
      </w:r>
      <w:proofErr w:type="spellEnd"/>
      <w:r w:rsidR="001B7A7D" w:rsidRPr="001B7A7D">
        <w:rPr>
          <w:rFonts w:ascii="TH Sarabun New" w:hAnsi="TH Sarabun New" w:cs="TH Sarabun New"/>
          <w:szCs w:val="32"/>
        </w:rPr>
        <w:t>/</w:t>
      </w:r>
      <w:r w:rsidR="001B7A7D" w:rsidRPr="001B7A7D">
        <w:rPr>
          <w:rFonts w:ascii="TH Sarabun New" w:hAnsi="TH Sarabun New" w:cs="TH Sarabun New" w:hint="cs"/>
          <w:szCs w:val="32"/>
          <w:cs/>
          <w:lang w:bidi="th-TH"/>
        </w:rPr>
        <w:t>สถาน</w:t>
      </w:r>
      <w:r w:rsidRPr="001B7A7D">
        <w:rPr>
          <w:rFonts w:ascii="TH Sarabun New" w:hAnsi="TH Sarabun New" w:cs="TH Sarabun New"/>
        </w:rPr>
        <w:t>...........................................</w:t>
      </w:r>
      <w:r w:rsidR="001B7A7D" w:rsidRPr="001B7A7D">
        <w:rPr>
          <w:rFonts w:ascii="TH Sarabun New" w:hAnsi="TH Sarabun New" w:cs="TH Sarabun New" w:hint="cs"/>
          <w:szCs w:val="32"/>
          <w:cs/>
          <w:lang w:bidi="th-TH"/>
        </w:rPr>
        <w:t>หมายเลขโทรศัพท์..............................................</w:t>
      </w:r>
      <w:r w:rsidR="001B7A7D">
        <w:rPr>
          <w:rFonts w:ascii="TH Sarabun New" w:hAnsi="TH Sarabun New" w:cs="TH Sarabun New" w:hint="cs"/>
          <w:szCs w:val="32"/>
          <w:cs/>
          <w:lang w:bidi="th-TH"/>
        </w:rPr>
        <w:t>...</w:t>
      </w:r>
      <w:r w:rsidR="001B7A7D" w:rsidRPr="001B7A7D">
        <w:rPr>
          <w:rFonts w:ascii="TH Sarabun New" w:hAnsi="TH Sarabun New" w:cs="TH Sarabun New" w:hint="cs"/>
          <w:szCs w:val="32"/>
          <w:cs/>
          <w:lang w:bidi="th-TH"/>
        </w:rPr>
        <w:t>...</w:t>
      </w:r>
    </w:p>
    <w:p w14:paraId="7B3E29AE" w14:textId="77777777" w:rsidR="00261AF4" w:rsidRPr="001B7A7D" w:rsidRDefault="00000000" w:rsidP="00204FD2">
      <w:pPr>
        <w:spacing w:line="240" w:lineRule="auto"/>
        <w:rPr>
          <w:rFonts w:ascii="TH Sarabun New" w:hAnsi="TH Sarabun New" w:cs="TH Sarabun New"/>
        </w:rPr>
      </w:pPr>
      <w:proofErr w:type="spellStart"/>
      <w:r w:rsidRPr="001B7A7D">
        <w:rPr>
          <w:rFonts w:ascii="TH Sarabun New" w:hAnsi="TH Sarabun New" w:cs="TH Sarabun New"/>
        </w:rPr>
        <w:t>ได้ระดับคะแนน</w:t>
      </w:r>
      <w:proofErr w:type="spellEnd"/>
      <w:r w:rsidRPr="001B7A7D">
        <w:rPr>
          <w:rFonts w:ascii="TH Sarabun New" w:hAnsi="TH Sarabun New" w:cs="TH Sarabun New"/>
        </w:rPr>
        <w:t xml:space="preserve"> GPA เฉลี่ย.....................................มีความประสงค์จะขอลงนามหนังสือรับรองดังนี้</w:t>
      </w:r>
    </w:p>
    <w:p w14:paraId="1AD1FD96" w14:textId="77777777" w:rsidR="00261AF4" w:rsidRPr="001B7A7D" w:rsidRDefault="00000000" w:rsidP="00204FD2">
      <w:pPr>
        <w:spacing w:line="240" w:lineRule="auto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</w:rPr>
        <w:t xml:space="preserve">     </w:t>
      </w:r>
      <w:r w:rsidRPr="001B7A7D">
        <w:rPr>
          <w:rFonts w:ascii="Arial" w:hAnsi="Arial" w:cs="Arial"/>
        </w:rPr>
        <w:t>□</w:t>
      </w:r>
      <w:r w:rsidRPr="001B7A7D">
        <w:rPr>
          <w:rFonts w:ascii="TH Sarabun New" w:hAnsi="TH Sarabun New" w:cs="TH Sarabun New"/>
        </w:rPr>
        <w:t xml:space="preserve">  หนังสือรับรองการเป็นนิสิต คณะสังคมศาสตร์ มหาวิทยาลัยนเรศวร</w:t>
      </w:r>
    </w:p>
    <w:p w14:paraId="04FA2343" w14:textId="77777777" w:rsidR="00261AF4" w:rsidRPr="001B7A7D" w:rsidRDefault="00000000" w:rsidP="00204FD2">
      <w:pPr>
        <w:spacing w:line="240" w:lineRule="auto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</w:rPr>
        <w:t xml:space="preserve">     </w:t>
      </w:r>
      <w:r w:rsidRPr="001B7A7D">
        <w:rPr>
          <w:rFonts w:ascii="Arial" w:hAnsi="Arial" w:cs="Arial"/>
        </w:rPr>
        <w:t>□</w:t>
      </w:r>
      <w:r w:rsidRPr="001B7A7D">
        <w:rPr>
          <w:rFonts w:ascii="TH Sarabun New" w:hAnsi="TH Sarabun New" w:cs="TH Sarabun New"/>
        </w:rPr>
        <w:t xml:space="preserve">  หนังสือรับรองความประพฤติ</w:t>
      </w:r>
    </w:p>
    <w:p w14:paraId="4C228B1D" w14:textId="67F86046" w:rsidR="00655D01" w:rsidRDefault="00000000" w:rsidP="00204FD2">
      <w:pPr>
        <w:spacing w:line="240" w:lineRule="auto"/>
        <w:rPr>
          <w:rFonts w:ascii="TH Sarabun New" w:hAnsi="TH Sarabun New" w:cs="TH Sarabun New"/>
          <w:lang w:bidi="th-TH"/>
        </w:rPr>
      </w:pPr>
      <w:r w:rsidRPr="001B7A7D">
        <w:rPr>
          <w:rFonts w:ascii="TH Sarabun New" w:hAnsi="TH Sarabun New" w:cs="TH Sarabun New"/>
        </w:rPr>
        <w:t>เพื่อ.......................................................................................................................</w:t>
      </w:r>
      <w:r w:rsidR="001B7A7D">
        <w:rPr>
          <w:rFonts w:ascii="TH Sarabun New" w:hAnsi="TH Sarabun New" w:cs="TH Sarabun New"/>
        </w:rPr>
        <w:t>.............................</w:t>
      </w:r>
      <w:r w:rsidRPr="001B7A7D">
        <w:rPr>
          <w:rFonts w:ascii="TH Sarabun New" w:hAnsi="TH Sarabun New" w:cs="TH Sarabun New"/>
        </w:rPr>
        <w:t>....................</w:t>
      </w:r>
    </w:p>
    <w:p w14:paraId="7BD1F28B" w14:textId="77777777" w:rsidR="00655D01" w:rsidRPr="001B7A7D" w:rsidRDefault="00655D01" w:rsidP="00204FD2">
      <w:pPr>
        <w:spacing w:line="240" w:lineRule="auto"/>
        <w:rPr>
          <w:rFonts w:ascii="TH Sarabun New" w:hAnsi="TH Sarabun New" w:cs="TH Sarabun New" w:hint="cs"/>
          <w:cs/>
          <w:lang w:bidi="th-TH"/>
        </w:rPr>
      </w:pPr>
    </w:p>
    <w:p w14:paraId="014983AA" w14:textId="77777777" w:rsidR="00261AF4" w:rsidRPr="001B7A7D" w:rsidRDefault="00000000" w:rsidP="00204FD2">
      <w:pPr>
        <w:spacing w:line="240" w:lineRule="auto"/>
        <w:jc w:val="right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</w:rPr>
        <w:t>ลงชื่อนิสิต..........................................................</w:t>
      </w:r>
    </w:p>
    <w:p w14:paraId="7E377C30" w14:textId="627A6A3C" w:rsidR="00261AF4" w:rsidRDefault="00000000" w:rsidP="00204FD2">
      <w:pPr>
        <w:spacing w:line="240" w:lineRule="auto"/>
        <w:jc w:val="right"/>
        <w:rPr>
          <w:rFonts w:ascii="TH Sarabun New" w:hAnsi="TH Sarabun New" w:cs="TH Sarabun New"/>
        </w:rPr>
      </w:pPr>
      <w:r w:rsidRPr="001B7A7D">
        <w:rPr>
          <w:rFonts w:ascii="TH Sarabun New" w:hAnsi="TH Sarabun New" w:cs="TH Sarabun New"/>
        </w:rPr>
        <w:t>(.........................................................)</w:t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4537"/>
        <w:gridCol w:w="4538"/>
      </w:tblGrid>
      <w:tr w:rsidR="00261AF4" w:rsidRPr="001B7A7D" w14:paraId="3389170A" w14:textId="77777777" w:rsidTr="00655D01">
        <w:tc>
          <w:tcPr>
            <w:tcW w:w="4535" w:type="dxa"/>
          </w:tcPr>
          <w:p w14:paraId="63650D05" w14:textId="77777777" w:rsidR="00204FD2" w:rsidRDefault="00204FD2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63A5DE96" w14:textId="53F11951" w:rsidR="001B7A7D" w:rsidRPr="001B7A7D" w:rsidRDefault="001B7A7D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1B7A7D">
              <w:rPr>
                <w:rFonts w:ascii="TH Sarabun New" w:hAnsi="TH Sarabun New" w:cs="TH Sarabun New"/>
                <w:sz w:val="28"/>
                <w:szCs w:val="28"/>
              </w:rPr>
              <w:t>ความคิดเห็น</w:t>
            </w:r>
            <w:r w:rsidRPr="001B7A7D">
              <w:rPr>
                <w:rFonts w:ascii="TH Sarabun New" w:hAnsi="TH Sarabun New" w:cs="TH Sarabun New"/>
                <w:sz w:val="28"/>
                <w:szCs w:val="28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………………………</w:t>
            </w:r>
          </w:p>
          <w:p w14:paraId="18D36198" w14:textId="77777777" w:rsidR="001B7A7D" w:rsidRPr="001B7A7D" w:rsidRDefault="001B7A7D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70185E1D" w14:textId="27CC4CAA" w:rsidR="001B7A7D" w:rsidRPr="001B7A7D" w:rsidRDefault="001B7A7D" w:rsidP="00204FD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proofErr w:type="spellStart"/>
            <w:r w:rsidRPr="001B7A7D">
              <w:rPr>
                <w:rFonts w:ascii="TH Sarabun New" w:hAnsi="TH Sarabun New" w:cs="TH Sarabun New"/>
                <w:sz w:val="28"/>
                <w:szCs w:val="28"/>
              </w:rPr>
              <w:t>ลงชื่อ</w:t>
            </w:r>
            <w:proofErr w:type="spellEnd"/>
            <w:r w:rsidRPr="001B7A7D">
              <w:rPr>
                <w:rFonts w:ascii="TH Sarabun New" w:hAnsi="TH Sarabun New" w:cs="TH Sarabun New"/>
                <w:sz w:val="28"/>
                <w:szCs w:val="28"/>
              </w:rPr>
              <w:t>........................................................</w:t>
            </w:r>
          </w:p>
          <w:p w14:paraId="71DF615D" w14:textId="77777777" w:rsidR="001B7A7D" w:rsidRPr="001B7A7D" w:rsidRDefault="001B7A7D" w:rsidP="00204FD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1B7A7D">
              <w:rPr>
                <w:rFonts w:ascii="TH Sarabun New" w:hAnsi="TH Sarabun New" w:cs="TH Sarabun New"/>
                <w:sz w:val="28"/>
                <w:szCs w:val="28"/>
              </w:rPr>
              <w:t>(.......................................................)</w:t>
            </w:r>
          </w:p>
          <w:p w14:paraId="6AB6B062" w14:textId="2A112E20" w:rsidR="00261AF4" w:rsidRDefault="001B7A7D" w:rsidP="00204FD2">
            <w:pPr>
              <w:spacing w:line="240" w:lineRule="auto"/>
              <w:jc w:val="center"/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</w:pPr>
            <w:proofErr w:type="spellStart"/>
            <w:r w:rsidRPr="001B7A7D">
              <w:rPr>
                <w:rFonts w:ascii="TH Sarabun New" w:hAnsi="TH Sarabun New" w:cs="TH Sarabun New"/>
                <w:sz w:val="28"/>
                <w:szCs w:val="28"/>
              </w:rPr>
              <w:t>อาจารย์ที่ปรึกษา</w:t>
            </w:r>
            <w:proofErr w:type="spellEnd"/>
            <w:r w:rsidR="00655D01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655D01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หัวหน้าภาควิชา................</w:t>
            </w:r>
          </w:p>
          <w:p w14:paraId="53254E32" w14:textId="23145313" w:rsidR="00204FD2" w:rsidRPr="001B7A7D" w:rsidRDefault="00204FD2" w:rsidP="00204FD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4535" w:type="dxa"/>
          </w:tcPr>
          <w:p w14:paraId="4C2723EB" w14:textId="77777777" w:rsidR="00204FD2" w:rsidRDefault="00204FD2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5DC3971D" w14:textId="476E9989" w:rsidR="001B7A7D" w:rsidRPr="001B7A7D" w:rsidRDefault="001B7A7D" w:rsidP="00204FD2">
            <w:pPr>
              <w:spacing w:line="240" w:lineRule="auto"/>
              <w:jc w:val="center"/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</w:pPr>
          </w:p>
        </w:tc>
      </w:tr>
      <w:tr w:rsidR="001B7A7D" w:rsidRPr="001B7A7D" w14:paraId="45D36654" w14:textId="77777777" w:rsidTr="00655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05308614" w14:textId="77777777" w:rsidR="00204FD2" w:rsidRDefault="00204FD2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7C2570E0" w14:textId="7D998281" w:rsidR="001B7A7D" w:rsidRPr="001B7A7D" w:rsidRDefault="001B7A7D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1B7A7D">
              <w:rPr>
                <w:rFonts w:ascii="TH Sarabun New" w:hAnsi="TH Sarabun New" w:cs="TH Sarabun New"/>
                <w:sz w:val="28"/>
                <w:szCs w:val="28"/>
              </w:rPr>
              <w:t>ความคิดเห็น………………………………………………………………………………………………………………………………</w:t>
            </w:r>
            <w:r w:rsidR="00E961F3">
              <w:rPr>
                <w:rFonts w:ascii="TH Sarabun New" w:hAnsi="TH Sarabun New" w:cs="TH Sarabun New"/>
                <w:sz w:val="28"/>
                <w:szCs w:val="28"/>
              </w:rPr>
              <w:t>…………………</w:t>
            </w:r>
            <w:proofErr w:type="gramStart"/>
            <w:r w:rsidR="00E961F3">
              <w:rPr>
                <w:rFonts w:ascii="TH Sarabun New" w:hAnsi="TH Sarabun New" w:cs="TH Sarabun New"/>
                <w:sz w:val="28"/>
                <w:szCs w:val="28"/>
              </w:rPr>
              <w:t>…..</w:t>
            </w:r>
            <w:proofErr w:type="gramEnd"/>
          </w:p>
          <w:p w14:paraId="436848EC" w14:textId="77777777" w:rsidR="001B7A7D" w:rsidRPr="001B7A7D" w:rsidRDefault="001B7A7D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12C24FD7" w14:textId="2433D900" w:rsidR="001B7A7D" w:rsidRPr="001B7A7D" w:rsidRDefault="00E961F3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 xml:space="preserve">                </w:t>
            </w:r>
            <w:r w:rsidR="001B7A7D" w:rsidRPr="001B7A7D">
              <w:rPr>
                <w:rFonts w:ascii="TH Sarabun New" w:hAnsi="TH Sarabun New" w:cs="TH Sarabun New"/>
                <w:sz w:val="28"/>
                <w:szCs w:val="28"/>
              </w:rPr>
              <w:t>........................................................</w:t>
            </w:r>
          </w:p>
          <w:p w14:paraId="437DB73C" w14:textId="769700CE" w:rsidR="001B7A7D" w:rsidRPr="001B7A7D" w:rsidRDefault="00E961F3" w:rsidP="00204FD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(ผู้ช่วยศาสตราจารย์ </w:t>
            </w:r>
            <w:r w:rsidRPr="00E961F3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ดร.ณัฏฐพงษ์ สกุลเลี่ยว</w:t>
            </w:r>
            <w:r w:rsidR="001B7A7D" w:rsidRPr="001B7A7D">
              <w:rPr>
                <w:rFonts w:ascii="TH Sarabun New" w:hAnsi="TH Sarabun New" w:cs="TH Sarabun New"/>
                <w:sz w:val="28"/>
                <w:szCs w:val="28"/>
              </w:rPr>
              <w:t>)</w:t>
            </w:r>
          </w:p>
          <w:p w14:paraId="48EB4141" w14:textId="6095A56E" w:rsidR="001B7A7D" w:rsidRPr="001B7A7D" w:rsidRDefault="00E961F3" w:rsidP="00D134F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E961F3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รองคณบดีฝ่ายพัฒนานิสิตและประสบการณ์การเรียนรู้</w:t>
            </w:r>
          </w:p>
        </w:tc>
        <w:tc>
          <w:tcPr>
            <w:tcW w:w="4535" w:type="dxa"/>
          </w:tcPr>
          <w:p w14:paraId="2444AB37" w14:textId="77777777" w:rsidR="00204FD2" w:rsidRDefault="00204FD2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043326E5" w14:textId="31946071" w:rsidR="001B7A7D" w:rsidRPr="001B7A7D" w:rsidRDefault="001B7A7D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1B7A7D">
              <w:rPr>
                <w:rFonts w:ascii="TH Sarabun New" w:hAnsi="TH Sarabun New" w:cs="TH Sarabun New"/>
                <w:sz w:val="28"/>
                <w:szCs w:val="28"/>
              </w:rPr>
              <w:t>ความคิดเห็น………………………………………………………………………………………………………………………………</w:t>
            </w:r>
            <w:r w:rsidR="00E961F3">
              <w:rPr>
                <w:rFonts w:ascii="TH Sarabun New" w:hAnsi="TH Sarabun New" w:cs="TH Sarabun New"/>
                <w:sz w:val="28"/>
                <w:szCs w:val="28"/>
              </w:rPr>
              <w:t>…………………</w:t>
            </w:r>
            <w:proofErr w:type="gramStart"/>
            <w:r w:rsidR="00E961F3">
              <w:rPr>
                <w:rFonts w:ascii="TH Sarabun New" w:hAnsi="TH Sarabun New" w:cs="TH Sarabun New"/>
                <w:sz w:val="28"/>
                <w:szCs w:val="28"/>
              </w:rPr>
              <w:t>…..</w:t>
            </w:r>
            <w:proofErr w:type="gramEnd"/>
          </w:p>
          <w:p w14:paraId="3967CF39" w14:textId="77777777" w:rsidR="001B7A7D" w:rsidRPr="001B7A7D" w:rsidRDefault="001B7A7D" w:rsidP="00204FD2">
            <w:pPr>
              <w:spacing w:line="240" w:lineRule="auto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5E8581BE" w14:textId="77777777" w:rsidR="001B7A7D" w:rsidRPr="001B7A7D" w:rsidRDefault="001B7A7D" w:rsidP="00204FD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proofErr w:type="spellStart"/>
            <w:r w:rsidRPr="001B7A7D">
              <w:rPr>
                <w:rFonts w:ascii="TH Sarabun New" w:hAnsi="TH Sarabun New" w:cs="TH Sarabun New"/>
                <w:sz w:val="28"/>
                <w:szCs w:val="28"/>
              </w:rPr>
              <w:t>ลงชื่อ</w:t>
            </w:r>
            <w:proofErr w:type="spellEnd"/>
            <w:r w:rsidRPr="001B7A7D">
              <w:rPr>
                <w:rFonts w:ascii="TH Sarabun New" w:hAnsi="TH Sarabun New" w:cs="TH Sarabun New"/>
                <w:sz w:val="28"/>
                <w:szCs w:val="28"/>
              </w:rPr>
              <w:t>........................................................</w:t>
            </w:r>
          </w:p>
          <w:p w14:paraId="42CF2D2A" w14:textId="0E787B8F" w:rsidR="001B7A7D" w:rsidRPr="001B7A7D" w:rsidRDefault="001B7A7D" w:rsidP="00204FD2">
            <w:pPr>
              <w:spacing w:line="240" w:lineRule="auto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1B7A7D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="00E961F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รองศาสตราจารย์ </w:t>
            </w:r>
            <w:r w:rsidR="00E961F3" w:rsidRPr="00E961F3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ดร.วัชรพล พุทธรักษา</w:t>
            </w:r>
            <w:r w:rsidRPr="001B7A7D">
              <w:rPr>
                <w:rFonts w:ascii="TH Sarabun New" w:hAnsi="TH Sarabun New" w:cs="TH Sarabun New"/>
                <w:sz w:val="28"/>
                <w:szCs w:val="28"/>
              </w:rPr>
              <w:t>)</w:t>
            </w:r>
          </w:p>
          <w:p w14:paraId="2104879D" w14:textId="535736BD" w:rsidR="001B7A7D" w:rsidRPr="001B7A7D" w:rsidRDefault="00E961F3" w:rsidP="00204FD2">
            <w:pPr>
              <w:spacing w:line="240" w:lineRule="auto"/>
              <w:jc w:val="center"/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คณบดีคณะสังคมศาสตร์</w:t>
            </w:r>
          </w:p>
        </w:tc>
      </w:tr>
    </w:tbl>
    <w:p w14:paraId="37CA3BCE" w14:textId="77777777" w:rsidR="001B7A7D" w:rsidRDefault="001B7A7D" w:rsidP="00D134F2">
      <w:pPr>
        <w:spacing w:before="240" w:line="240" w:lineRule="auto"/>
        <w:rPr>
          <w:rFonts w:ascii="TH Sarabun New" w:hAnsi="TH Sarabun New" w:cs="TH Sarabun New"/>
        </w:rPr>
      </w:pPr>
    </w:p>
    <w:sectPr w:rsidR="001B7A7D" w:rsidSect="00E961F3">
      <w:footerReference w:type="default" r:id="rId8"/>
      <w:pgSz w:w="11906" w:h="16838"/>
      <w:pgMar w:top="851" w:right="1418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51A23" w14:textId="77777777" w:rsidR="00E34EAB" w:rsidRDefault="00E34EAB" w:rsidP="00E961F3">
      <w:pPr>
        <w:spacing w:line="240" w:lineRule="auto"/>
      </w:pPr>
      <w:r>
        <w:separator/>
      </w:r>
    </w:p>
  </w:endnote>
  <w:endnote w:type="continuationSeparator" w:id="0">
    <w:p w14:paraId="62DEFE28" w14:textId="77777777" w:rsidR="00E34EAB" w:rsidRDefault="00E34EAB" w:rsidP="00E96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1327" w14:textId="77777777" w:rsidR="00E961F3" w:rsidRPr="001B7A7D" w:rsidRDefault="00E961F3" w:rsidP="00E961F3">
    <w:pPr>
      <w:spacing w:before="240"/>
      <w:rPr>
        <w:rFonts w:ascii="TH Sarabun New" w:hAnsi="TH Sarabun New" w:cs="TH Sarabun New"/>
      </w:rPr>
    </w:pPr>
    <w:proofErr w:type="spellStart"/>
    <w:proofErr w:type="gramStart"/>
    <w:r w:rsidRPr="001B7A7D">
      <w:rPr>
        <w:rFonts w:ascii="TH Sarabun New" w:hAnsi="TH Sarabun New" w:cs="TH Sarabun New"/>
      </w:rPr>
      <w:t>หมายเหตุ</w:t>
    </w:r>
    <w:proofErr w:type="spellEnd"/>
    <w:r w:rsidRPr="001B7A7D">
      <w:rPr>
        <w:rFonts w:ascii="TH Sarabun New" w:hAnsi="TH Sarabun New" w:cs="TH Sarabun New"/>
      </w:rPr>
      <w:t xml:space="preserve"> :</w:t>
    </w:r>
    <w:proofErr w:type="gramEnd"/>
    <w:r w:rsidRPr="001B7A7D">
      <w:rPr>
        <w:rFonts w:ascii="TH Sarabun New" w:hAnsi="TH Sarabun New" w:cs="TH Sarabun New"/>
      </w:rPr>
      <w:t xml:space="preserve"> </w:t>
    </w:r>
    <w:proofErr w:type="spellStart"/>
    <w:r w:rsidRPr="001B7A7D">
      <w:rPr>
        <w:rFonts w:ascii="TH Sarabun New" w:hAnsi="TH Sarabun New" w:cs="TH Sarabun New"/>
      </w:rPr>
      <w:t>ให้นิสิตแนบสำเนาบัตรนิสิต</w:t>
    </w:r>
    <w:proofErr w:type="spellEnd"/>
    <w:r w:rsidRPr="001B7A7D">
      <w:rPr>
        <w:rFonts w:ascii="TH Sarabun New" w:hAnsi="TH Sarabun New" w:cs="TH Sarabun New"/>
      </w:rPr>
      <w:t xml:space="preserve"> </w:t>
    </w:r>
    <w:proofErr w:type="spellStart"/>
    <w:r w:rsidRPr="001B7A7D">
      <w:rPr>
        <w:rFonts w:ascii="TH Sarabun New" w:hAnsi="TH Sarabun New" w:cs="TH Sarabun New"/>
      </w:rPr>
      <w:t>และ</w:t>
    </w:r>
    <w:proofErr w:type="spellEnd"/>
    <w:r w:rsidRPr="001B7A7D">
      <w:rPr>
        <w:rFonts w:ascii="TH Sarabun New" w:hAnsi="TH Sarabun New" w:cs="TH Sarabun New"/>
      </w:rPr>
      <w:t xml:space="preserve"> Print </w:t>
    </w:r>
    <w:proofErr w:type="spellStart"/>
    <w:r w:rsidRPr="001B7A7D">
      <w:rPr>
        <w:rFonts w:ascii="TH Sarabun New" w:hAnsi="TH Sarabun New" w:cs="TH Sarabun New"/>
      </w:rPr>
      <w:t>เกรดเฉลี่ยจากระบบ</w:t>
    </w:r>
    <w:proofErr w:type="spellEnd"/>
    <w:r w:rsidRPr="001B7A7D">
      <w:rPr>
        <w:rFonts w:ascii="TH Sarabun New" w:hAnsi="TH Sarabun New" w:cs="TH Sarabun New"/>
      </w:rPr>
      <w:t xml:space="preserve"> Reg. </w:t>
    </w:r>
    <w:proofErr w:type="spellStart"/>
    <w:r w:rsidRPr="001B7A7D">
      <w:rPr>
        <w:rFonts w:ascii="TH Sarabun New" w:hAnsi="TH Sarabun New" w:cs="TH Sarabun New"/>
      </w:rPr>
      <w:t>จำนวนอย่างละ</w:t>
    </w:r>
    <w:proofErr w:type="spellEnd"/>
    <w:r w:rsidRPr="001B7A7D">
      <w:rPr>
        <w:rFonts w:ascii="TH Sarabun New" w:hAnsi="TH Sarabun New" w:cs="TH Sarabun New"/>
      </w:rPr>
      <w:t xml:space="preserve"> 1 </w:t>
    </w:r>
    <w:proofErr w:type="spellStart"/>
    <w:r w:rsidRPr="001B7A7D">
      <w:rPr>
        <w:rFonts w:ascii="TH Sarabun New" w:hAnsi="TH Sarabun New" w:cs="TH Sarabun New"/>
      </w:rPr>
      <w:t>ชุด</w:t>
    </w:r>
    <w:proofErr w:type="spellEnd"/>
  </w:p>
  <w:p w14:paraId="0BCB690E" w14:textId="77777777" w:rsidR="00E961F3" w:rsidRPr="001B7A7D" w:rsidRDefault="00E961F3" w:rsidP="00E961F3">
    <w:pPr>
      <w:rPr>
        <w:rFonts w:ascii="TH Sarabun New" w:hAnsi="TH Sarabun New" w:cs="TH Sarabun New"/>
      </w:rPr>
    </w:pPr>
    <w:proofErr w:type="spellStart"/>
    <w:r w:rsidRPr="001B7A7D">
      <w:rPr>
        <w:rFonts w:ascii="TH Sarabun New" w:hAnsi="TH Sarabun New" w:cs="TH Sarabun New"/>
      </w:rPr>
      <w:t>และรับรองสำเนา</w:t>
    </w:r>
    <w:proofErr w:type="spellEnd"/>
    <w:r w:rsidRPr="001B7A7D">
      <w:rPr>
        <w:rFonts w:ascii="TH Sarabun New" w:hAnsi="TH Sarabun New" w:cs="TH Sarabun New"/>
      </w:rPr>
      <w:t xml:space="preserve"> </w:t>
    </w:r>
    <w:proofErr w:type="spellStart"/>
    <w:r w:rsidRPr="001B7A7D">
      <w:rPr>
        <w:rFonts w:ascii="TH Sarabun New" w:hAnsi="TH Sarabun New" w:cs="TH Sarabun New"/>
      </w:rPr>
      <w:t>แนบมาพร้อมเอกสารฉบับนี้</w:t>
    </w:r>
    <w:proofErr w:type="spellEnd"/>
  </w:p>
  <w:p w14:paraId="34271BB6" w14:textId="77777777" w:rsidR="00E961F3" w:rsidRDefault="00E96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50874" w14:textId="77777777" w:rsidR="00E34EAB" w:rsidRDefault="00E34EAB" w:rsidP="00E961F3">
      <w:pPr>
        <w:spacing w:line="240" w:lineRule="auto"/>
      </w:pPr>
      <w:r>
        <w:separator/>
      </w:r>
    </w:p>
  </w:footnote>
  <w:footnote w:type="continuationSeparator" w:id="0">
    <w:p w14:paraId="20A0842D" w14:textId="77777777" w:rsidR="00E34EAB" w:rsidRDefault="00E34EAB" w:rsidP="00E961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4229033">
    <w:abstractNumId w:val="8"/>
  </w:num>
  <w:num w:numId="2" w16cid:durableId="49310761">
    <w:abstractNumId w:val="6"/>
  </w:num>
  <w:num w:numId="3" w16cid:durableId="922105615">
    <w:abstractNumId w:val="5"/>
  </w:num>
  <w:num w:numId="4" w16cid:durableId="1423800606">
    <w:abstractNumId w:val="4"/>
  </w:num>
  <w:num w:numId="5" w16cid:durableId="1789618383">
    <w:abstractNumId w:val="7"/>
  </w:num>
  <w:num w:numId="6" w16cid:durableId="1136333073">
    <w:abstractNumId w:val="3"/>
  </w:num>
  <w:num w:numId="7" w16cid:durableId="572009157">
    <w:abstractNumId w:val="2"/>
  </w:num>
  <w:num w:numId="8" w16cid:durableId="1002587696">
    <w:abstractNumId w:val="1"/>
  </w:num>
  <w:num w:numId="9" w16cid:durableId="143289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910"/>
    <w:rsid w:val="0015074B"/>
    <w:rsid w:val="001B7A7D"/>
    <w:rsid w:val="00204FD2"/>
    <w:rsid w:val="00261AF4"/>
    <w:rsid w:val="0029639D"/>
    <w:rsid w:val="00326F90"/>
    <w:rsid w:val="00655D01"/>
    <w:rsid w:val="0087509C"/>
    <w:rsid w:val="00AA1D8D"/>
    <w:rsid w:val="00B47730"/>
    <w:rsid w:val="00CB0664"/>
    <w:rsid w:val="00D134F2"/>
    <w:rsid w:val="00D55484"/>
    <w:rsid w:val="00E34EAB"/>
    <w:rsid w:val="00E961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B4F9B9"/>
  <w14:defaultImageDpi w14:val="300"/>
  <w15:docId w15:val="{4B885099-9234-4928-9F96-30C402DA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40" w:lineRule="exact"/>
    </w:pPr>
    <w:rPr>
      <w:rFonts w:ascii="Cordia New" w:eastAsia="Cordia New" w:hAnsi="Cordia New" w:cs="Cordia New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Phashara Karagate</cp:lastModifiedBy>
  <cp:revision>6</cp:revision>
  <cp:lastPrinted>2026-10-06T02:24:00Z</cp:lastPrinted>
  <dcterms:created xsi:type="dcterms:W3CDTF">2026-10-06T02:38:00Z</dcterms:created>
  <dcterms:modified xsi:type="dcterms:W3CDTF">2026-10-06T03:14:00Z</dcterms:modified>
  <cp:category/>
</cp:coreProperties>
</file>